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Contatos de Embaixadas e Consulados do Brasil – Rota Pelotas → Alasca (Granada Everland)</w:t>
      </w:r>
    </w:p>
    <w:p>
      <w:r>
        <w:t>Lista completa de embaixadas e consulados do Brasil, incluindo telefones de plantão/emergência, endereços e e-mails.</w:t>
        <w:br/>
        <w:t>Organizado na ordem da rota de Pelotas até o Alasca.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País</w:t>
            </w:r>
          </w:p>
        </w:tc>
        <w:tc>
          <w:tcPr>
            <w:tcW w:type="dxa" w:w="1234"/>
          </w:tcPr>
          <w:p>
            <w:r>
              <w:t>Missão</w:t>
            </w:r>
          </w:p>
        </w:tc>
        <w:tc>
          <w:tcPr>
            <w:tcW w:type="dxa" w:w="1234"/>
          </w:tcPr>
          <w:p>
            <w:r>
              <w:t>Endereço</w:t>
            </w:r>
          </w:p>
        </w:tc>
        <w:tc>
          <w:tcPr>
            <w:tcW w:type="dxa" w:w="1234"/>
          </w:tcPr>
          <w:p>
            <w:r>
              <w:t>Telefone</w:t>
            </w:r>
          </w:p>
        </w:tc>
        <w:tc>
          <w:tcPr>
            <w:tcW w:type="dxa" w:w="1234"/>
          </w:tcPr>
          <w:p>
            <w:r>
              <w:t>Email</w:t>
            </w:r>
          </w:p>
        </w:tc>
        <w:tc>
          <w:tcPr>
            <w:tcW w:type="dxa" w:w="1234"/>
          </w:tcPr>
          <w:p>
            <w:r>
              <w:t>Link Oficial</w:t>
            </w:r>
          </w:p>
        </w:tc>
        <w:tc>
          <w:tcPr>
            <w:tcW w:type="dxa" w:w="1234"/>
          </w:tcPr>
          <w:p>
            <w:r>
              <w:t>Telefone Plantão/Emergência</w:t>
            </w:r>
          </w:p>
        </w:tc>
      </w:tr>
      <w:tr>
        <w:tc>
          <w:tcPr>
            <w:tcW w:type="dxa" w:w="1234"/>
          </w:tcPr>
          <w:p>
            <w:r>
              <w:t>Uruguai</w:t>
            </w:r>
          </w:p>
        </w:tc>
        <w:tc>
          <w:tcPr>
            <w:tcW w:type="dxa" w:w="1234"/>
          </w:tcPr>
          <w:p>
            <w:r>
              <w:t>Consulado-Geral do Brasil em Montevidéu</w:t>
            </w:r>
          </w:p>
        </w:tc>
        <w:tc>
          <w:tcPr>
            <w:tcW w:type="dxa" w:w="1234"/>
          </w:tcPr>
          <w:p>
            <w:r>
              <w:t>Convención 1343, 6º andar, Montevidéu</w:t>
            </w:r>
          </w:p>
        </w:tc>
        <w:tc>
          <w:tcPr>
            <w:tcW w:type="dxa" w:w="1234"/>
          </w:tcPr>
          <w:p>
            <w:r>
              <w:t>+598 2901-2024</w:t>
            </w:r>
          </w:p>
        </w:tc>
        <w:tc>
          <w:tcPr>
            <w:tcW w:type="dxa" w:w="1234"/>
          </w:tcPr>
          <w:p>
            <w:r>
              <w:t>cg.montevideu@itamaraty.gov.br</w:t>
            </w:r>
          </w:p>
        </w:tc>
        <w:tc>
          <w:tcPr>
            <w:tcW w:type="dxa" w:w="1234"/>
          </w:tcPr>
          <w:p>
            <w:r>
              <w:t>https://www.gov.br/mre/pt-br/consulado-montevideu</w:t>
            </w:r>
          </w:p>
        </w:tc>
        <w:tc>
          <w:tcPr>
            <w:tcW w:type="dxa" w:w="1234"/>
          </w:tcPr>
          <w:p>
            <w:r>
              <w:t>+598 91 300 301</w:t>
            </w:r>
          </w:p>
        </w:tc>
      </w:tr>
      <w:tr>
        <w:tc>
          <w:tcPr>
            <w:tcW w:type="dxa" w:w="1234"/>
          </w:tcPr>
          <w:p>
            <w:r>
              <w:t>Argentina</w:t>
            </w:r>
          </w:p>
        </w:tc>
        <w:tc>
          <w:tcPr>
            <w:tcW w:type="dxa" w:w="1234"/>
          </w:tcPr>
          <w:p>
            <w:r>
              <w:t>Embaixada do Brasil em Buenos Aires</w:t>
            </w:r>
          </w:p>
        </w:tc>
        <w:tc>
          <w:tcPr>
            <w:tcW w:type="dxa" w:w="1234"/>
          </w:tcPr>
          <w:p>
            <w:r>
              <w:t>Cerrito 1350, CABA</w:t>
            </w:r>
          </w:p>
        </w:tc>
        <w:tc>
          <w:tcPr>
            <w:tcW w:type="dxa" w:w="1234"/>
          </w:tcPr>
          <w:p>
            <w:r>
              <w:t>—</w:t>
            </w:r>
          </w:p>
        </w:tc>
        <w:tc>
          <w:tcPr>
            <w:tcW w:type="dxa" w:w="1234"/>
          </w:tcPr>
          <w:p>
            <w:r>
              <w:t>brasemb.buenosaires@itamaraty.gov.br</w:t>
            </w:r>
          </w:p>
        </w:tc>
        <w:tc>
          <w:tcPr>
            <w:tcW w:type="dxa" w:w="1234"/>
          </w:tcPr>
          <w:p>
            <w:r>
              <w:t>https://www.gov.br/mre/pt-br/embaixada-buenosaires</w:t>
            </w:r>
          </w:p>
        </w:tc>
        <w:tc>
          <w:tcPr>
            <w:tcW w:type="dxa" w:w="1234"/>
          </w:tcPr>
          <w:p>
            <w:r>
              <w:t>+54 9 11 4199-9668</w:t>
            </w:r>
          </w:p>
        </w:tc>
      </w:tr>
      <w:tr>
        <w:tc>
          <w:tcPr>
            <w:tcW w:type="dxa" w:w="1234"/>
          </w:tcPr>
          <w:p>
            <w:r>
              <w:t>Paraguai</w:t>
            </w:r>
          </w:p>
        </w:tc>
        <w:tc>
          <w:tcPr>
            <w:tcW w:type="dxa" w:w="1234"/>
          </w:tcPr>
          <w:p>
            <w:r>
              <w:t>Embaixada do Brasil em Assunção</w:t>
            </w:r>
          </w:p>
        </w:tc>
        <w:tc>
          <w:tcPr>
            <w:tcW w:type="dxa" w:w="1234"/>
          </w:tcPr>
          <w:p>
            <w:r>
              <w:t>Calle Coronel Irrazábal c/ Eligio Ayala, Assunção</w:t>
            </w:r>
          </w:p>
        </w:tc>
        <w:tc>
          <w:tcPr>
            <w:tcW w:type="dxa" w:w="1234"/>
          </w:tcPr>
          <w:p>
            <w:r>
              <w:t>+595 21 248-4000</w:t>
            </w:r>
          </w:p>
        </w:tc>
        <w:tc>
          <w:tcPr>
            <w:tcW w:type="dxa" w:w="1234"/>
          </w:tcPr>
          <w:p>
            <w:r>
              <w:t>brasemb.assuncao@itamaraty.gov.br</w:t>
            </w:r>
          </w:p>
        </w:tc>
        <w:tc>
          <w:tcPr>
            <w:tcW w:type="dxa" w:w="1234"/>
          </w:tcPr>
          <w:p>
            <w:r>
              <w:t>https://www.gov.br/mre/pt-br/embaixada-assuncao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Bolívia</w:t>
            </w:r>
          </w:p>
        </w:tc>
        <w:tc>
          <w:tcPr>
            <w:tcW w:type="dxa" w:w="1234"/>
          </w:tcPr>
          <w:p>
            <w:r>
              <w:t>Embaixada do Brasil em La Paz</w:t>
            </w:r>
          </w:p>
        </w:tc>
        <w:tc>
          <w:tcPr>
            <w:tcW w:type="dxa" w:w="1234"/>
          </w:tcPr>
          <w:p>
            <w:r>
              <w:t>Av. Arce, Ed. Multicentro, La Paz</w:t>
            </w:r>
          </w:p>
        </w:tc>
        <w:tc>
          <w:tcPr>
            <w:tcW w:type="dxa" w:w="1234"/>
          </w:tcPr>
          <w:p>
            <w:r>
              <w:t>+591 2 216-6400</w:t>
            </w:r>
          </w:p>
        </w:tc>
        <w:tc>
          <w:tcPr>
            <w:tcW w:type="dxa" w:w="1234"/>
          </w:tcPr>
          <w:p>
            <w:r>
              <w:t>brasemb.lapaz@itamaraty.gov.br</w:t>
            </w:r>
          </w:p>
        </w:tc>
        <w:tc>
          <w:tcPr>
            <w:tcW w:type="dxa" w:w="1234"/>
          </w:tcPr>
          <w:p>
            <w:r>
              <w:t>https://www.gov.br/mre/pt-br/embaixada-lapaz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Chile</w:t>
            </w:r>
          </w:p>
        </w:tc>
        <w:tc>
          <w:tcPr>
            <w:tcW w:type="dxa" w:w="1234"/>
          </w:tcPr>
          <w:p>
            <w:r>
              <w:t>Embaixada do Brasil em Santiago</w:t>
            </w:r>
          </w:p>
        </w:tc>
        <w:tc>
          <w:tcPr>
            <w:tcW w:type="dxa" w:w="1234"/>
          </w:tcPr>
          <w:p>
            <w:r>
              <w:t>Calle Padre Alonso de Ovalle 1665, Santiago</w:t>
            </w:r>
          </w:p>
        </w:tc>
        <w:tc>
          <w:tcPr>
            <w:tcW w:type="dxa" w:w="1234"/>
          </w:tcPr>
          <w:p>
            <w:r>
              <w:t>+56 2 2876-3400</w:t>
            </w:r>
          </w:p>
        </w:tc>
        <w:tc>
          <w:tcPr>
            <w:tcW w:type="dxa" w:w="1234"/>
          </w:tcPr>
          <w:p>
            <w:r>
              <w:t>brasemb.santiago@itamaraty.gov.br</w:t>
            </w:r>
          </w:p>
        </w:tc>
        <w:tc>
          <w:tcPr>
            <w:tcW w:type="dxa" w:w="1234"/>
          </w:tcPr>
          <w:p>
            <w:r>
              <w:t>https://www.gov.br/mre/pt-br/embaixada-santiago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Peru</w:t>
            </w:r>
          </w:p>
        </w:tc>
        <w:tc>
          <w:tcPr>
            <w:tcW w:type="dxa" w:w="1234"/>
          </w:tcPr>
          <w:p>
            <w:r>
              <w:t>Embaixada do Brasil em Lima</w:t>
            </w:r>
          </w:p>
        </w:tc>
        <w:tc>
          <w:tcPr>
            <w:tcW w:type="dxa" w:w="1234"/>
          </w:tcPr>
          <w:p>
            <w:r>
              <w:t>Av. José Pardo 850, Miraflores, Lima</w:t>
            </w:r>
          </w:p>
        </w:tc>
        <w:tc>
          <w:tcPr>
            <w:tcW w:type="dxa" w:w="1234"/>
          </w:tcPr>
          <w:p>
            <w:r>
              <w:t>+51 1 512-0830</w:t>
            </w:r>
          </w:p>
        </w:tc>
        <w:tc>
          <w:tcPr>
            <w:tcW w:type="dxa" w:w="1234"/>
          </w:tcPr>
          <w:p>
            <w:r>
              <w:t>consular.lima@itamaraty.gov.br</w:t>
            </w:r>
          </w:p>
        </w:tc>
        <w:tc>
          <w:tcPr>
            <w:tcW w:type="dxa" w:w="1234"/>
          </w:tcPr>
          <w:p>
            <w:r>
              <w:t>https://www.gov.br/mre/pt-br/embaixada-lima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Equador</w:t>
            </w:r>
          </w:p>
        </w:tc>
        <w:tc>
          <w:tcPr>
            <w:tcW w:type="dxa" w:w="1234"/>
          </w:tcPr>
          <w:p>
            <w:r>
              <w:t>Embaixada do Brasil em Quito</w:t>
            </w:r>
          </w:p>
        </w:tc>
        <w:tc>
          <w:tcPr>
            <w:tcW w:type="dxa" w:w="1234"/>
          </w:tcPr>
          <w:p>
            <w:r>
              <w:t>Av. Amazonas y José Arízaga, Ed. Amazonas Plaza, Piso 7, Quito</w:t>
            </w:r>
          </w:p>
        </w:tc>
        <w:tc>
          <w:tcPr>
            <w:tcW w:type="dxa" w:w="1234"/>
          </w:tcPr>
          <w:p>
            <w:r>
              <w:t>+593 2 227-7300</w:t>
            </w:r>
          </w:p>
        </w:tc>
        <w:tc>
          <w:tcPr>
            <w:tcW w:type="dxa" w:w="1234"/>
          </w:tcPr>
          <w:p>
            <w:r>
              <w:t>consular.quito@itamaraty.gov.br</w:t>
            </w:r>
          </w:p>
        </w:tc>
        <w:tc>
          <w:tcPr>
            <w:tcW w:type="dxa" w:w="1234"/>
          </w:tcPr>
          <w:p>
            <w:r>
              <w:t>https://www.gov.br/mre/pt-br/embaixada-quito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Colômbia</w:t>
            </w:r>
          </w:p>
        </w:tc>
        <w:tc>
          <w:tcPr>
            <w:tcW w:type="dxa" w:w="1234"/>
          </w:tcPr>
          <w:p>
            <w:r>
              <w:t>Embaixada do Brasil em Bogotá</w:t>
            </w:r>
          </w:p>
        </w:tc>
        <w:tc>
          <w:tcPr>
            <w:tcW w:type="dxa" w:w="1234"/>
          </w:tcPr>
          <w:p>
            <w:r>
              <w:t>Calle 93 #14-20, Piso 8, Bogotá</w:t>
            </w:r>
          </w:p>
        </w:tc>
        <w:tc>
          <w:tcPr>
            <w:tcW w:type="dxa" w:w="1234"/>
          </w:tcPr>
          <w:p>
            <w:r>
              <w:t>+57 1 218-0800</w:t>
            </w:r>
          </w:p>
        </w:tc>
        <w:tc>
          <w:tcPr>
            <w:tcW w:type="dxa" w:w="1234"/>
          </w:tcPr>
          <w:p>
            <w:r>
              <w:t>consular.bogota@itamaraty.gov.br</w:t>
            </w:r>
          </w:p>
        </w:tc>
        <w:tc>
          <w:tcPr>
            <w:tcW w:type="dxa" w:w="1234"/>
          </w:tcPr>
          <w:p>
            <w:r>
              <w:t>https://www.gov.br/mre/pt-br/embaixada-bogota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Venezuela</w:t>
            </w:r>
          </w:p>
        </w:tc>
        <w:tc>
          <w:tcPr>
            <w:tcW w:type="dxa" w:w="1234"/>
          </w:tcPr>
          <w:p>
            <w:r>
              <w:t>Embaixada do Brasil em Caracas</w:t>
            </w:r>
          </w:p>
        </w:tc>
        <w:tc>
          <w:tcPr>
            <w:tcW w:type="dxa" w:w="1234"/>
          </w:tcPr>
          <w:p>
            <w:r>
              <w:t>Centro Gerencial Mohedano, La Castellana, Caracas</w:t>
            </w:r>
          </w:p>
        </w:tc>
        <w:tc>
          <w:tcPr>
            <w:tcW w:type="dxa" w:w="1234"/>
          </w:tcPr>
          <w:p>
            <w:r>
              <w:t>+58 212 918-6000</w:t>
            </w:r>
          </w:p>
        </w:tc>
        <w:tc>
          <w:tcPr>
            <w:tcW w:type="dxa" w:w="1234"/>
          </w:tcPr>
          <w:p>
            <w:r>
              <w:t>brasemb.caracas@itamaraty.gov.br</w:t>
            </w:r>
          </w:p>
        </w:tc>
        <w:tc>
          <w:tcPr>
            <w:tcW w:type="dxa" w:w="1234"/>
          </w:tcPr>
          <w:p>
            <w:r>
              <w:t>https://www.gov.br/mre/pt-br/embaixada-caracas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Guiana</w:t>
            </w:r>
          </w:p>
        </w:tc>
        <w:tc>
          <w:tcPr>
            <w:tcW w:type="dxa" w:w="1234"/>
          </w:tcPr>
          <w:p>
            <w:r>
              <w:t>Embaixada do Brasil em Georgetown</w:t>
            </w:r>
          </w:p>
        </w:tc>
        <w:tc>
          <w:tcPr>
            <w:tcW w:type="dxa" w:w="1234"/>
          </w:tcPr>
          <w:p>
            <w:r>
              <w:t>308 Church Street, Queenstown, Georgetown</w:t>
            </w:r>
          </w:p>
        </w:tc>
        <w:tc>
          <w:tcPr>
            <w:tcW w:type="dxa" w:w="1234"/>
          </w:tcPr>
          <w:p>
            <w:r>
              <w:t>+592 225-7970</w:t>
            </w:r>
          </w:p>
        </w:tc>
        <w:tc>
          <w:tcPr>
            <w:tcW w:type="dxa" w:w="1234"/>
          </w:tcPr>
          <w:p>
            <w:r>
              <w:t>brasemb.georgetown@itamaraty.gov.br</w:t>
            </w:r>
          </w:p>
        </w:tc>
        <w:tc>
          <w:tcPr>
            <w:tcW w:type="dxa" w:w="1234"/>
          </w:tcPr>
          <w:p>
            <w:r>
              <w:t>https://www.gov.br/mre/pt-br/embaixada-georgetown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Suriname</w:t>
            </w:r>
          </w:p>
        </w:tc>
        <w:tc>
          <w:tcPr>
            <w:tcW w:type="dxa" w:w="1234"/>
          </w:tcPr>
          <w:p>
            <w:r>
              <w:t>Embaixada do Brasil em Paramaribo</w:t>
            </w:r>
          </w:p>
        </w:tc>
        <w:tc>
          <w:tcPr>
            <w:tcW w:type="dxa" w:w="1234"/>
          </w:tcPr>
          <w:p>
            <w:r>
              <w:t>Maratakastraat nº 2, Zorg en Hoop, Paramaribo</w:t>
            </w:r>
          </w:p>
        </w:tc>
        <w:tc>
          <w:tcPr>
            <w:tcW w:type="dxa" w:w="1234"/>
          </w:tcPr>
          <w:p>
            <w:r>
              <w:t>+597 400-200</w:t>
            </w:r>
          </w:p>
        </w:tc>
        <w:tc>
          <w:tcPr>
            <w:tcW w:type="dxa" w:w="1234"/>
          </w:tcPr>
          <w:p>
            <w:r>
              <w:t>consular.paramaribo@itamaraty.gov.br</w:t>
            </w:r>
          </w:p>
        </w:tc>
        <w:tc>
          <w:tcPr>
            <w:tcW w:type="dxa" w:w="1234"/>
          </w:tcPr>
          <w:p>
            <w:r>
              <w:t>https://www.gov.br/mre/pt-br/embaixada-paramaribo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Guiana Francesa</w:t>
            </w:r>
          </w:p>
        </w:tc>
        <w:tc>
          <w:tcPr>
            <w:tcW w:type="dxa" w:w="1234"/>
          </w:tcPr>
          <w:p>
            <w:r>
              <w:t>Consulado-Geral do Brasil em Caiena</w:t>
            </w:r>
          </w:p>
        </w:tc>
        <w:tc>
          <w:tcPr>
            <w:tcW w:type="dxa" w:w="1234"/>
          </w:tcPr>
          <w:p>
            <w:r>
              <w:t>444, Chemin Saint Antoine, Caiena</w:t>
            </w:r>
          </w:p>
        </w:tc>
        <w:tc>
          <w:tcPr>
            <w:tcW w:type="dxa" w:w="1234"/>
          </w:tcPr>
          <w:p>
            <w:r>
              <w:t>+594 594 29-6010</w:t>
            </w:r>
          </w:p>
        </w:tc>
        <w:tc>
          <w:tcPr>
            <w:tcW w:type="dxa" w:w="1234"/>
          </w:tcPr>
          <w:p>
            <w:r>
              <w:t>cg.caiena@itamaraty.gov.br</w:t>
            </w:r>
          </w:p>
        </w:tc>
        <w:tc>
          <w:tcPr>
            <w:tcW w:type="dxa" w:w="1234"/>
          </w:tcPr>
          <w:p>
            <w:r>
              <w:t>https://www.gov.br/mre/pt-br/consulado-caiena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Panamá</w:t>
            </w:r>
          </w:p>
        </w:tc>
        <w:tc>
          <w:tcPr>
            <w:tcW w:type="dxa" w:w="1234"/>
          </w:tcPr>
          <w:p>
            <w:r>
              <w:t>Embaixada do Brasil na Cidade do Panamá</w:t>
            </w:r>
          </w:p>
        </w:tc>
        <w:tc>
          <w:tcPr>
            <w:tcW w:type="dxa" w:w="1234"/>
          </w:tcPr>
          <w:p>
            <w:r>
              <w:t>Calle Elvira Méndez, Ed. El Dorado, Panamá</w:t>
            </w:r>
          </w:p>
        </w:tc>
        <w:tc>
          <w:tcPr>
            <w:tcW w:type="dxa" w:w="1234"/>
          </w:tcPr>
          <w:p>
            <w:r>
              <w:t>+507 263-5322</w:t>
            </w:r>
          </w:p>
        </w:tc>
        <w:tc>
          <w:tcPr>
            <w:tcW w:type="dxa" w:w="1234"/>
          </w:tcPr>
          <w:p>
            <w:r>
              <w:t>consular.panama@itamaraty.gov.br</w:t>
            </w:r>
          </w:p>
        </w:tc>
        <w:tc>
          <w:tcPr>
            <w:tcW w:type="dxa" w:w="1234"/>
          </w:tcPr>
          <w:p>
            <w:r>
              <w:t>https://www.gov.br/mre/pt-br/embaixada-panama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Costa Rica</w:t>
            </w:r>
          </w:p>
        </w:tc>
        <w:tc>
          <w:tcPr>
            <w:tcW w:type="dxa" w:w="1234"/>
          </w:tcPr>
          <w:p>
            <w:r>
              <w:t>Embaixada do Brasil em San José</w:t>
            </w:r>
          </w:p>
        </w:tc>
        <w:tc>
          <w:tcPr>
            <w:tcW w:type="dxa" w:w="1234"/>
          </w:tcPr>
          <w:p>
            <w:r>
              <w:t>Oficentro Ejecutivo La Sabana, Torre 6, Piso 2, San José</w:t>
            </w:r>
          </w:p>
        </w:tc>
        <w:tc>
          <w:tcPr>
            <w:tcW w:type="dxa" w:w="1234"/>
          </w:tcPr>
          <w:p>
            <w:r>
              <w:t>+506 4800-1960</w:t>
            </w:r>
          </w:p>
        </w:tc>
        <w:tc>
          <w:tcPr>
            <w:tcW w:type="dxa" w:w="1234"/>
          </w:tcPr>
          <w:p>
            <w:r>
              <w:t>consular.sanjose@itamaraty.gov.br</w:t>
            </w:r>
          </w:p>
        </w:tc>
        <w:tc>
          <w:tcPr>
            <w:tcW w:type="dxa" w:w="1234"/>
          </w:tcPr>
          <w:p>
            <w:r>
              <w:t>https://www.gov.br/mre/pt-br/embaixada-sanjose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Nicarágua</w:t>
            </w:r>
          </w:p>
        </w:tc>
        <w:tc>
          <w:tcPr>
            <w:tcW w:type="dxa" w:w="1234"/>
          </w:tcPr>
          <w:p>
            <w:r>
              <w:t>Embaixada do Brasil em Manágua</w:t>
            </w:r>
          </w:p>
        </w:tc>
        <w:tc>
          <w:tcPr>
            <w:tcW w:type="dxa" w:w="1234"/>
          </w:tcPr>
          <w:p>
            <w:r>
              <w:t>Km 7 3/4 Carretera Interamericana Sur, Quinta 'Los Pinos', Manágua</w:t>
            </w:r>
          </w:p>
        </w:tc>
        <w:tc>
          <w:tcPr>
            <w:tcW w:type="dxa" w:w="1234"/>
          </w:tcPr>
          <w:p>
            <w:r>
              <w:t>+505 2265-0035</w:t>
            </w:r>
          </w:p>
        </w:tc>
        <w:tc>
          <w:tcPr>
            <w:tcW w:type="dxa" w:w="1234"/>
          </w:tcPr>
          <w:p>
            <w:r>
              <w:t>consular.managua@itamaraty.gov.br</w:t>
            </w:r>
          </w:p>
        </w:tc>
        <w:tc>
          <w:tcPr>
            <w:tcW w:type="dxa" w:w="1234"/>
          </w:tcPr>
          <w:p>
            <w:r>
              <w:t>https://www.gov.br/mre/pt-br/embaixada-managua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Honduras</w:t>
            </w:r>
          </w:p>
        </w:tc>
        <w:tc>
          <w:tcPr>
            <w:tcW w:type="dxa" w:w="1234"/>
          </w:tcPr>
          <w:p>
            <w:r>
              <w:t>Embaixada do Brasil em Tegucigalpa</w:t>
            </w:r>
          </w:p>
        </w:tc>
        <w:tc>
          <w:tcPr>
            <w:tcW w:type="dxa" w:w="1234"/>
          </w:tcPr>
          <w:p>
            <w:r>
              <w:t>Colonia Palmira, Calle República do Brasil 2301, Tegucigalpa</w:t>
            </w:r>
          </w:p>
        </w:tc>
        <w:tc>
          <w:tcPr>
            <w:tcW w:type="dxa" w:w="1234"/>
          </w:tcPr>
          <w:p>
            <w:r>
              <w:t>+504 2221-4432</w:t>
            </w:r>
          </w:p>
        </w:tc>
        <w:tc>
          <w:tcPr>
            <w:tcW w:type="dxa" w:w="1234"/>
          </w:tcPr>
          <w:p>
            <w:r>
              <w:t>consular.tegucigalpa@itamaraty.gov.br</w:t>
            </w:r>
          </w:p>
        </w:tc>
        <w:tc>
          <w:tcPr>
            <w:tcW w:type="dxa" w:w="1234"/>
          </w:tcPr>
          <w:p>
            <w:r>
              <w:t>https://www.gov.br/mre/pt-br/embaixada-tegucigalpa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El Salvador</w:t>
            </w:r>
          </w:p>
        </w:tc>
        <w:tc>
          <w:tcPr>
            <w:tcW w:type="dxa" w:w="1234"/>
          </w:tcPr>
          <w:p>
            <w:r>
              <w:t>Embaixada do Brasil em San Salvador</w:t>
            </w:r>
          </w:p>
        </w:tc>
        <w:tc>
          <w:tcPr>
            <w:tcW w:type="dxa" w:w="1234"/>
          </w:tcPr>
          <w:p>
            <w:r>
              <w:t>Boulevard Sergio Vieira de Mello #132, Col. San Benito, San Salvador</w:t>
            </w:r>
          </w:p>
        </w:tc>
        <w:tc>
          <w:tcPr>
            <w:tcW w:type="dxa" w:w="1234"/>
          </w:tcPr>
          <w:p>
            <w:r>
              <w:t>+503 2298-7888</w:t>
            </w:r>
          </w:p>
        </w:tc>
        <w:tc>
          <w:tcPr>
            <w:tcW w:type="dxa" w:w="1234"/>
          </w:tcPr>
          <w:p>
            <w:r>
              <w:t>consular.ssalvador@itamaraty.gov.br</w:t>
            </w:r>
          </w:p>
        </w:tc>
        <w:tc>
          <w:tcPr>
            <w:tcW w:type="dxa" w:w="1234"/>
          </w:tcPr>
          <w:p>
            <w:r>
              <w:t>https://www.gov.br/mre/pt-br/embaixada-sansalvador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Guatemala</w:t>
            </w:r>
          </w:p>
        </w:tc>
        <w:tc>
          <w:tcPr>
            <w:tcW w:type="dxa" w:w="1234"/>
          </w:tcPr>
          <w:p>
            <w:r>
              <w:t>Embaixada do Brasil na Cidade da Guatemala</w:t>
            </w:r>
          </w:p>
        </w:tc>
        <w:tc>
          <w:tcPr>
            <w:tcW w:type="dxa" w:w="1234"/>
          </w:tcPr>
          <w:p>
            <w:r>
              <w:t>2a. Avenida 20-13, Zona 10, Guatemala City</w:t>
            </w:r>
          </w:p>
        </w:tc>
        <w:tc>
          <w:tcPr>
            <w:tcW w:type="dxa" w:w="1234"/>
          </w:tcPr>
          <w:p>
            <w:r>
              <w:t>+502 2321-6800</w:t>
            </w:r>
          </w:p>
        </w:tc>
        <w:tc>
          <w:tcPr>
            <w:tcW w:type="dxa" w:w="1234"/>
          </w:tcPr>
          <w:p>
            <w:r>
              <w:t>consular.guatemala@itamaraty.gov.br</w:t>
            </w:r>
          </w:p>
        </w:tc>
        <w:tc>
          <w:tcPr>
            <w:tcW w:type="dxa" w:w="1234"/>
          </w:tcPr>
          <w:p>
            <w:r>
              <w:t>https://www.gov.br/mre/pt-br/embaixada-guatemala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Belize</w:t>
            </w:r>
          </w:p>
        </w:tc>
        <w:tc>
          <w:tcPr>
            <w:tcW w:type="dxa" w:w="1234"/>
          </w:tcPr>
          <w:p>
            <w:r>
              <w:t>Embaixada do Brasil em Belmopan</w:t>
            </w:r>
          </w:p>
        </w:tc>
        <w:tc>
          <w:tcPr>
            <w:tcW w:type="dxa" w:w="1234"/>
          </w:tcPr>
          <w:p>
            <w:r>
              <w:t>12 Floral Park Street, Belmopan</w:t>
            </w:r>
          </w:p>
        </w:tc>
        <w:tc>
          <w:tcPr>
            <w:tcW w:type="dxa" w:w="1234"/>
          </w:tcPr>
          <w:p>
            <w:r>
              <w:t>+501 822-0460</w:t>
            </w:r>
          </w:p>
        </w:tc>
        <w:tc>
          <w:tcPr>
            <w:tcW w:type="dxa" w:w="1234"/>
          </w:tcPr>
          <w:p>
            <w:r>
              <w:t>consular.belmopan@itamaraty.gov.br</w:t>
            </w:r>
          </w:p>
        </w:tc>
        <w:tc>
          <w:tcPr>
            <w:tcW w:type="dxa" w:w="1234"/>
          </w:tcPr>
          <w:p>
            <w:r>
              <w:t>https://www.gov.br/mre/pt-br/embaixada-belmopan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México</w:t>
            </w:r>
          </w:p>
        </w:tc>
        <w:tc>
          <w:tcPr>
            <w:tcW w:type="dxa" w:w="1234"/>
          </w:tcPr>
          <w:p>
            <w:r>
              <w:t>Embaixada do Brasil na Cidade do México</w:t>
            </w:r>
          </w:p>
        </w:tc>
        <w:tc>
          <w:tcPr>
            <w:tcW w:type="dxa" w:w="1234"/>
          </w:tcPr>
          <w:p>
            <w:r>
              <w:t>Sierra Madre No. 540, Lomas de Chapultepec, CDMX</w:t>
            </w:r>
          </w:p>
        </w:tc>
        <w:tc>
          <w:tcPr>
            <w:tcW w:type="dxa" w:w="1234"/>
          </w:tcPr>
          <w:p>
            <w:r>
              <w:t>+52 55 5525-0277</w:t>
            </w:r>
          </w:p>
        </w:tc>
        <w:tc>
          <w:tcPr>
            <w:tcW w:type="dxa" w:w="1234"/>
          </w:tcPr>
          <w:p>
            <w:r>
              <w:t>embrasil@brasil.org.mx</w:t>
            </w:r>
          </w:p>
        </w:tc>
        <w:tc>
          <w:tcPr>
            <w:tcW w:type="dxa" w:w="1234"/>
          </w:tcPr>
          <w:p>
            <w:r>
              <w:t>https://www.gov.br/mre/pt-br/embaixada-mexico</w:t>
            </w:r>
          </w:p>
        </w:tc>
        <w:tc>
          <w:tcPr>
            <w:tcW w:type="dxa" w:w="1234"/>
          </w:tcPr>
          <w:p>
            <w:r>
              <w:t>+52 55 3455 3991</w:t>
            </w:r>
          </w:p>
        </w:tc>
      </w:tr>
      <w:tr>
        <w:tc>
          <w:tcPr>
            <w:tcW w:type="dxa" w:w="1234"/>
          </w:tcPr>
          <w:p>
            <w:r>
              <w:t>Estados Unidos</w:t>
            </w:r>
          </w:p>
        </w:tc>
        <w:tc>
          <w:tcPr>
            <w:tcW w:type="dxa" w:w="1234"/>
          </w:tcPr>
          <w:p>
            <w:r>
              <w:t>Embaixada do Brasil em Washington, D.C.</w:t>
            </w:r>
          </w:p>
        </w:tc>
        <w:tc>
          <w:tcPr>
            <w:tcW w:type="dxa" w:w="1234"/>
          </w:tcPr>
          <w:p>
            <w:r>
              <w:t>3006 Massachusetts Avenue NW, Washington, DC 20008</w:t>
            </w:r>
          </w:p>
        </w:tc>
        <w:tc>
          <w:tcPr>
            <w:tcW w:type="dxa" w:w="1234"/>
          </w:tcPr>
          <w:p>
            <w:r>
              <w:t>+1 202 238-2700</w:t>
            </w:r>
          </w:p>
        </w:tc>
        <w:tc>
          <w:tcPr>
            <w:tcW w:type="dxa" w:w="1234"/>
          </w:tcPr>
          <w:p>
            <w:r>
              <w:t>contact.washington@itamaraty.gov.br</w:t>
            </w:r>
          </w:p>
        </w:tc>
        <w:tc>
          <w:tcPr>
            <w:tcW w:type="dxa" w:w="1234"/>
          </w:tcPr>
          <w:p>
            <w:r>
              <w:t>https://www.gov.br/mre/pt-br/embaixada-washington</w:t>
            </w:r>
          </w:p>
        </w:tc>
        <w:tc>
          <w:tcPr>
            <w:tcW w:type="dxa" w:w="1234"/>
          </w:tcPr>
          <w:p>
            <w:r>
              <w:t>+1 202 714-8017 (DC), +1 646 403-2676 (NY), +1 415 596-6926 (SF)</w:t>
            </w:r>
          </w:p>
        </w:tc>
      </w:tr>
      <w:tr>
        <w:tc>
          <w:tcPr>
            <w:tcW w:type="dxa" w:w="1234"/>
          </w:tcPr>
          <w:p>
            <w:r>
              <w:t>Canadá</w:t>
            </w:r>
          </w:p>
        </w:tc>
        <w:tc>
          <w:tcPr>
            <w:tcW w:type="dxa" w:w="1234"/>
          </w:tcPr>
          <w:p>
            <w:r>
              <w:t>Embaixada do Brasil em Ottawa</w:t>
            </w:r>
          </w:p>
        </w:tc>
        <w:tc>
          <w:tcPr>
            <w:tcW w:type="dxa" w:w="1234"/>
          </w:tcPr>
          <w:p>
            <w:r>
              <w:t>450 Wilbrod Street, Ottawa, ON K1N 6M8</w:t>
            </w:r>
          </w:p>
        </w:tc>
        <w:tc>
          <w:tcPr>
            <w:tcW w:type="dxa" w:w="1234"/>
          </w:tcPr>
          <w:p>
            <w:r>
              <w:t>+1 613 237-1090</w:t>
            </w:r>
          </w:p>
        </w:tc>
        <w:tc>
          <w:tcPr>
            <w:tcW w:type="dxa" w:w="1234"/>
          </w:tcPr>
          <w:p>
            <w:r>
              <w:t>brasemb.ottawa@itamaraty.gov.br</w:t>
            </w:r>
          </w:p>
        </w:tc>
        <w:tc>
          <w:tcPr>
            <w:tcW w:type="dxa" w:w="1234"/>
          </w:tcPr>
          <w:p>
            <w:r>
              <w:t>https://www.gov.br/mre/pt-br/embaixada-ottawa</w:t>
            </w:r>
          </w:p>
        </w:tc>
        <w:tc>
          <w:tcPr>
            <w:tcW w:type="dxa" w:w="1234"/>
          </w:tcPr>
          <w:p>
            <w:r>
              <w:t>+1 613 294-4530 (Ottawa), +1 514 912-0012 (Montreal), +1 647 986-1109 (Toronto), +1 604 314-2287 (Vancouver)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